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9A442" w14:textId="77777777" w:rsidR="0002025F" w:rsidRDefault="00000000">
      <w:pPr>
        <w:spacing w:after="160"/>
        <w:jc w:val="center"/>
      </w:pPr>
      <w:r>
        <w:rPr>
          <w:noProof/>
        </w:rPr>
        <w:drawing>
          <wp:inline distT="0" distB="0" distL="0" distR="0" wp14:anchorId="3F0AF5F9" wp14:editId="228B1E09">
            <wp:extent cx="3657600" cy="66571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_logo.png"/>
                    <pic:cNvPicPr/>
                  </pic:nvPicPr>
                  <pic:blipFill>
                    <a:blip r:embed="rId6"/>
                    <a:stretch>
                      <a:fillRect/>
                    </a:stretch>
                  </pic:blipFill>
                  <pic:spPr>
                    <a:xfrm>
                      <a:off x="0" y="0"/>
                      <a:ext cx="3657600" cy="665714"/>
                    </a:xfrm>
                    <a:prstGeom prst="rect">
                      <a:avLst/>
                    </a:prstGeom>
                  </pic:spPr>
                </pic:pic>
              </a:graphicData>
            </a:graphic>
          </wp:inline>
        </w:drawing>
      </w:r>
    </w:p>
    <w:p w14:paraId="2FEF8179" w14:textId="77777777" w:rsidR="0002025F" w:rsidRDefault="00000000">
      <w:pPr>
        <w:spacing w:after="40"/>
        <w:jc w:val="center"/>
      </w:pPr>
      <w:r>
        <w:rPr>
          <w:b/>
          <w:color w:val="0071AF"/>
          <w:sz w:val="36"/>
        </w:rPr>
        <w:t>Fire Technician (All Services)</w:t>
      </w:r>
    </w:p>
    <w:p w14:paraId="1246BE6D" w14:textId="77777777" w:rsidR="0002025F" w:rsidRDefault="00000000">
      <w:pPr>
        <w:spacing w:after="200"/>
        <w:jc w:val="center"/>
      </w:pPr>
      <w:r>
        <w:rPr>
          <w:b/>
          <w:color w:val="61BB46"/>
          <w:sz w:val="22"/>
        </w:rPr>
        <w:t>Cross-Trained: Fire Alarm + Fire Sprinkler | $36–$38/hr.</w:t>
      </w:r>
    </w:p>
    <w:p w14:paraId="3F04094E" w14:textId="77777777" w:rsidR="0002025F" w:rsidRDefault="00000000">
      <w:pPr>
        <w:spacing w:after="40"/>
      </w:pPr>
      <w:r>
        <w:rPr>
          <w:b/>
          <w:color w:val="0071AF"/>
        </w:rPr>
        <w:t xml:space="preserve">Location: </w:t>
      </w:r>
      <w:r>
        <w:t>St. Lucie, Martin, Palm Beach &amp; Broward Counties</w:t>
      </w:r>
    </w:p>
    <w:p w14:paraId="18E5C789" w14:textId="77777777" w:rsidR="0002025F" w:rsidRDefault="00000000">
      <w:pPr>
        <w:spacing w:after="40"/>
      </w:pPr>
      <w:r>
        <w:rPr>
          <w:b/>
          <w:color w:val="0071AF"/>
        </w:rPr>
        <w:t xml:space="preserve">Employment Type: </w:t>
      </w:r>
      <w:r>
        <w:t>Full-time, Exempt</w:t>
      </w:r>
    </w:p>
    <w:p w14:paraId="42249036" w14:textId="77777777" w:rsidR="0002025F" w:rsidRDefault="00000000">
      <w:pPr>
        <w:spacing w:after="40"/>
      </w:pPr>
      <w:r>
        <w:rPr>
          <w:b/>
          <w:color w:val="0071AF"/>
        </w:rPr>
        <w:t xml:space="preserve">Reports To: </w:t>
      </w:r>
      <w:r>
        <w:t>Branch Manager (Vero)</w:t>
      </w:r>
    </w:p>
    <w:p w14:paraId="0FBD3F5D" w14:textId="77777777" w:rsidR="0002025F" w:rsidRDefault="00000000">
      <w:pPr>
        <w:spacing w:after="40"/>
      </w:pPr>
      <w:r>
        <w:rPr>
          <w:b/>
          <w:color w:val="0071AF"/>
        </w:rPr>
        <w:t xml:space="preserve">Pay: </w:t>
      </w:r>
      <w:r>
        <w:t>$36–$38/hr., based on experience, licensing, and certifications</w:t>
      </w:r>
    </w:p>
    <w:p w14:paraId="6A347ACB" w14:textId="77777777" w:rsidR="0002025F" w:rsidRDefault="0002025F">
      <w:pPr>
        <w:spacing w:after="80"/>
      </w:pPr>
    </w:p>
    <w:p w14:paraId="7A57BDCC" w14:textId="77777777" w:rsidR="0002025F" w:rsidRDefault="00000000">
      <w:pPr>
        <w:spacing w:after="160"/>
      </w:pPr>
      <w:r>
        <w:t>Are you cross-trained on both fire alarm and fire sprinkler systems? Group One Safety &amp; Security is hiring a Fire Technician (All Services) — our top technician role — for candidates who can handle the full scope of fire protection work. If you’ve got the range to install, inspect, test, and repair both alarm/detection and sprinkler systems, we’ll pay for that versatility.</w:t>
      </w:r>
    </w:p>
    <w:p w14:paraId="13192536" w14:textId="77777777" w:rsidR="0002025F" w:rsidRDefault="00000000">
      <w:pPr>
        <w:pBdr>
          <w:bottom w:val="single" w:sz="8" w:space="2" w:color="61BB46"/>
        </w:pBdr>
        <w:spacing w:before="200" w:after="120"/>
      </w:pPr>
      <w:r>
        <w:rPr>
          <w:b/>
          <w:color w:val="0071AF"/>
          <w:sz w:val="26"/>
        </w:rPr>
        <w:t>What You’ll Do</w:t>
      </w:r>
    </w:p>
    <w:p w14:paraId="46B543E3" w14:textId="77777777" w:rsidR="0002025F" w:rsidRDefault="00000000">
      <w:pPr>
        <w:pStyle w:val="ListBullet"/>
        <w:spacing w:after="80"/>
        <w:ind w:left="403"/>
      </w:pPr>
      <w:r>
        <w:t>Install, inspect, test, and maintain fire alarm and detection systems — including smoke, heat, and carbon monoxide detectors — as well as fire sprinkler systems, per NFPA and local codes.</w:t>
      </w:r>
    </w:p>
    <w:p w14:paraId="32FA28F1" w14:textId="77777777" w:rsidR="0002025F" w:rsidRDefault="00000000">
      <w:pPr>
        <w:pStyle w:val="ListBullet"/>
        <w:spacing w:after="80"/>
        <w:ind w:left="403"/>
      </w:pPr>
      <w:r>
        <w:t>Install fire sprinkler systems per project plans and blueprints; assemble and secure pipes, valves, and fittings; connect components to water supply lines and suppression equipment.</w:t>
      </w:r>
    </w:p>
    <w:p w14:paraId="42017859" w14:textId="77777777" w:rsidR="0002025F" w:rsidRDefault="00000000">
      <w:pPr>
        <w:pStyle w:val="ListBullet"/>
        <w:spacing w:after="80"/>
        <w:ind w:left="403"/>
      </w:pPr>
      <w:r>
        <w:t>Diagnose and troubleshoot issues across both alarm/detection and sprinkler systems.</w:t>
      </w:r>
    </w:p>
    <w:p w14:paraId="4D72BD28" w14:textId="77777777" w:rsidR="0002025F" w:rsidRDefault="00000000">
      <w:pPr>
        <w:pStyle w:val="ListBullet"/>
        <w:spacing w:after="80"/>
        <w:ind w:left="403"/>
      </w:pPr>
      <w:r>
        <w:t>Conduct service calls, system tests, and repairs, documenting deficiencies found during inspections.</w:t>
      </w:r>
    </w:p>
    <w:p w14:paraId="45CF84AB" w14:textId="77777777" w:rsidR="0002025F" w:rsidRDefault="00000000">
      <w:pPr>
        <w:pStyle w:val="ListBullet"/>
        <w:spacing w:after="80"/>
        <w:ind w:left="403"/>
      </w:pPr>
      <w:r>
        <w:t>Program and validate operating systems to customer specifications using manufacturer’s codes.</w:t>
      </w:r>
    </w:p>
    <w:p w14:paraId="4521657E" w14:textId="77777777" w:rsidR="0002025F" w:rsidRDefault="00000000">
      <w:pPr>
        <w:pStyle w:val="ListBullet"/>
        <w:spacing w:after="80"/>
        <w:ind w:left="403"/>
      </w:pPr>
      <w:r>
        <w:t>Provide excellent client service and respond to service calls in a timely manner.</w:t>
      </w:r>
    </w:p>
    <w:p w14:paraId="2D3F76A8" w14:textId="77777777" w:rsidR="0002025F" w:rsidRDefault="00000000">
      <w:pPr>
        <w:pStyle w:val="ListBullet"/>
        <w:spacing w:after="80"/>
        <w:ind w:left="403"/>
      </w:pPr>
      <w:r>
        <w:t>Train less experienced technicians and clients as necessary.</w:t>
      </w:r>
    </w:p>
    <w:p w14:paraId="76B7C360" w14:textId="77777777" w:rsidR="0002025F" w:rsidRDefault="00000000">
      <w:pPr>
        <w:pStyle w:val="ListBullet"/>
        <w:spacing w:after="80"/>
        <w:ind w:left="403"/>
      </w:pPr>
      <w:r>
        <w:t>Adhere to safety protocols and maintain accurate service and time records.</w:t>
      </w:r>
    </w:p>
    <w:p w14:paraId="02CF2A7F" w14:textId="77777777" w:rsidR="0002025F" w:rsidRDefault="00000000">
      <w:pPr>
        <w:pBdr>
          <w:bottom w:val="single" w:sz="8" w:space="2" w:color="61BB46"/>
        </w:pBdr>
        <w:spacing w:before="200" w:after="120"/>
      </w:pPr>
      <w:r>
        <w:rPr>
          <w:b/>
          <w:color w:val="0071AF"/>
          <w:sz w:val="26"/>
        </w:rPr>
        <w:t>What We’re Looking For</w:t>
      </w:r>
    </w:p>
    <w:p w14:paraId="609DFDE9" w14:textId="77777777" w:rsidR="0002025F" w:rsidRDefault="00000000">
      <w:pPr>
        <w:pStyle w:val="ListBullet"/>
        <w:spacing w:after="80"/>
        <w:ind w:left="403"/>
      </w:pPr>
      <w:r>
        <w:t>Minimum of 5 years of combined experience installing, maintaining, and repairing fire alarm/detection systems and fire sprinkler systems.</w:t>
      </w:r>
    </w:p>
    <w:p w14:paraId="2822C132" w14:textId="77777777" w:rsidR="0002025F" w:rsidRDefault="00000000">
      <w:pPr>
        <w:pStyle w:val="ListBullet"/>
        <w:spacing w:after="80"/>
        <w:ind w:left="403"/>
      </w:pPr>
      <w:r>
        <w:t>Familiarity with wet, dry, pre-action, deluge, and foam sprinkler systems.</w:t>
      </w:r>
    </w:p>
    <w:p w14:paraId="585A54B5" w14:textId="77777777" w:rsidR="0002025F" w:rsidRDefault="00000000">
      <w:pPr>
        <w:pStyle w:val="ListBullet"/>
        <w:spacing w:after="80"/>
        <w:ind w:left="403"/>
      </w:pPr>
      <w:r>
        <w:t>Knowledge of NFPA codes (including NFPA 25 &amp; 72) and local safety regulations.</w:t>
      </w:r>
    </w:p>
    <w:p w14:paraId="1C7090C7" w14:textId="77777777" w:rsidR="0002025F" w:rsidRDefault="00000000">
      <w:pPr>
        <w:pStyle w:val="ListBullet"/>
        <w:spacing w:after="80"/>
        <w:ind w:left="403"/>
      </w:pPr>
      <w:r>
        <w:t>Proficiency reading and interpreting blueprints, schematics, and technical documentation.</w:t>
      </w:r>
    </w:p>
    <w:p w14:paraId="256EE0C9" w14:textId="77777777" w:rsidR="0002025F" w:rsidRDefault="00000000">
      <w:pPr>
        <w:pStyle w:val="ListBullet"/>
        <w:spacing w:after="80"/>
        <w:ind w:left="403"/>
      </w:pPr>
      <w:r>
        <w:t>Ability to operate common tools of the trade including a pipe threading machine, plus test equipment such as multimeters, battery analyzers, frequency meters, and decibel meters.</w:t>
      </w:r>
    </w:p>
    <w:p w14:paraId="29B2453B" w14:textId="77777777" w:rsidR="0002025F" w:rsidRDefault="00000000">
      <w:pPr>
        <w:pStyle w:val="ListBullet"/>
        <w:spacing w:after="80"/>
        <w:ind w:left="403"/>
      </w:pPr>
      <w:r>
        <w:t>Licensing and/or certificates required in the life safety industry (e.g., FASA/BASA, Testing and Inspecting of Fire Alarm Systems); must be able to obtain NICET certification over time.</w:t>
      </w:r>
    </w:p>
    <w:p w14:paraId="3716A37A" w14:textId="77777777" w:rsidR="0002025F" w:rsidRDefault="00000000">
      <w:pPr>
        <w:pStyle w:val="ListBullet"/>
        <w:spacing w:after="80"/>
        <w:ind w:left="403"/>
      </w:pPr>
      <w:r>
        <w:t>Must be able to work safely in high areas, including man lifts, ladders, and scaffolding.</w:t>
      </w:r>
    </w:p>
    <w:p w14:paraId="7A8A5E40" w14:textId="77777777" w:rsidR="0002025F" w:rsidRDefault="00000000">
      <w:pPr>
        <w:pStyle w:val="ListBullet"/>
        <w:spacing w:after="80"/>
        <w:ind w:left="403"/>
      </w:pPr>
      <w:r>
        <w:t>Valid driver’s license and clean driving record, with at least two years of driving experience.</w:t>
      </w:r>
    </w:p>
    <w:p w14:paraId="294EC2C6" w14:textId="77777777" w:rsidR="0002025F" w:rsidRDefault="00000000">
      <w:pPr>
        <w:pStyle w:val="ListBullet"/>
        <w:spacing w:after="80"/>
        <w:ind w:left="403"/>
      </w:pPr>
      <w:r>
        <w:t>Physical stamina for strenuous work, including lifting pipe and equipment up to 100 lbs.</w:t>
      </w:r>
    </w:p>
    <w:p w14:paraId="4D92F3C8" w14:textId="77777777" w:rsidR="0002025F" w:rsidRDefault="00000000">
      <w:pPr>
        <w:pStyle w:val="ListBullet"/>
        <w:spacing w:after="80"/>
        <w:ind w:left="403"/>
      </w:pPr>
      <w:r>
        <w:t>High school diploma or equivalent.</w:t>
      </w:r>
    </w:p>
    <w:p w14:paraId="199F0EEF" w14:textId="77777777" w:rsidR="0002025F" w:rsidRDefault="00000000">
      <w:pPr>
        <w:pBdr>
          <w:bottom w:val="single" w:sz="8" w:space="2" w:color="61BB46"/>
        </w:pBdr>
        <w:spacing w:before="200" w:after="120"/>
      </w:pPr>
      <w:r>
        <w:rPr>
          <w:b/>
          <w:color w:val="0071AF"/>
          <w:sz w:val="26"/>
        </w:rPr>
        <w:t>What We Offer</w:t>
      </w:r>
    </w:p>
    <w:p w14:paraId="060CA10C" w14:textId="77777777" w:rsidR="0002025F" w:rsidRDefault="00000000">
      <w:pPr>
        <w:pStyle w:val="ListBullet"/>
        <w:spacing w:after="80"/>
        <w:ind w:left="403"/>
      </w:pPr>
      <w:r>
        <w:lastRenderedPageBreak/>
        <w:t>Competitive pay based on experience and certifications</w:t>
      </w:r>
    </w:p>
    <w:p w14:paraId="2D8B0202" w14:textId="77777777" w:rsidR="0002025F" w:rsidRDefault="00000000">
      <w:pPr>
        <w:pStyle w:val="ListBullet"/>
        <w:spacing w:after="80"/>
        <w:ind w:left="403"/>
      </w:pPr>
      <w:r>
        <w:t>401(k) retirement plan</w:t>
      </w:r>
    </w:p>
    <w:p w14:paraId="48D8C67E" w14:textId="77777777" w:rsidR="0002025F" w:rsidRDefault="00000000">
      <w:pPr>
        <w:pStyle w:val="ListBullet"/>
        <w:spacing w:after="80"/>
        <w:ind w:left="403"/>
      </w:pPr>
      <w:r>
        <w:t>Paid time off, holidays, and sick days</w:t>
      </w:r>
    </w:p>
    <w:p w14:paraId="3F43995A" w14:textId="77777777" w:rsidR="0002025F" w:rsidRDefault="00000000">
      <w:pPr>
        <w:pStyle w:val="ListBullet"/>
        <w:spacing w:after="80"/>
        <w:ind w:left="403"/>
      </w:pPr>
      <w:r>
        <w:t>Company vehicle and phone provided after 90 days</w:t>
      </w:r>
    </w:p>
    <w:p w14:paraId="1F5EF9C6" w14:textId="77777777" w:rsidR="0002025F" w:rsidRDefault="00000000">
      <w:pPr>
        <w:pStyle w:val="ListBullet"/>
        <w:spacing w:after="80"/>
        <w:ind w:left="403"/>
      </w:pPr>
      <w:r>
        <w:t>Ongoing training and professional development, including support toward NICET certification</w:t>
      </w:r>
    </w:p>
    <w:p w14:paraId="19A0DFDF" w14:textId="77777777" w:rsidR="0002025F" w:rsidRDefault="00000000">
      <w:pPr>
        <w:pBdr>
          <w:bottom w:val="single" w:sz="8" w:space="2" w:color="61BB46"/>
        </w:pBdr>
        <w:spacing w:before="200" w:after="120"/>
      </w:pPr>
      <w:r>
        <w:rPr>
          <w:b/>
          <w:color w:val="0071AF"/>
          <w:sz w:val="26"/>
        </w:rPr>
        <w:t>About Group One Safety &amp; Security</w:t>
      </w:r>
    </w:p>
    <w:p w14:paraId="4BB937AA" w14:textId="77777777" w:rsidR="0002025F" w:rsidRDefault="00000000">
      <w:pPr>
        <w:spacing w:after="160"/>
      </w:pPr>
      <w:r>
        <w:t>Group One Safety &amp; Security has been South Florida’s trusted name in life safety and security since 1984. Locally owned and operated, we’ve grown from the Treasure Coast to serve clients from Orlando to Miami — protecting homes, high-rises, hospitals, HOAs, and industrial facilities with fire alarm, fire sprinkler, security, access control, and video surveillance systems. We have a saying here: “Do it right and do the right thing.” That starts with hiring the right people.</w:t>
      </w:r>
    </w:p>
    <w:p w14:paraId="1B9963CE" w14:textId="77777777" w:rsidR="0002025F" w:rsidRDefault="00000000">
      <w:pPr>
        <w:pBdr>
          <w:bottom w:val="single" w:sz="8" w:space="2" w:color="61BB46"/>
        </w:pBdr>
        <w:spacing w:before="200" w:after="120"/>
      </w:pPr>
      <w:r>
        <w:rPr>
          <w:b/>
          <w:color w:val="0071AF"/>
          <w:sz w:val="26"/>
        </w:rPr>
        <w:t>Ready to Apply?</w:t>
      </w:r>
    </w:p>
    <w:p w14:paraId="669690A7" w14:textId="77777777" w:rsidR="0002025F" w:rsidRDefault="00000000">
      <w:pPr>
        <w:spacing w:after="160"/>
      </w:pPr>
      <w:r>
        <w:t>Submit your resume and a brief note about your experience to be considered. Qualified applicants will be contacted to schedule an interview. All candidates must be able to pass a pre-employment background check and drug screening.</w:t>
      </w:r>
    </w:p>
    <w:p w14:paraId="39384710" w14:textId="77777777" w:rsidR="0002025F" w:rsidRDefault="00000000">
      <w:pPr>
        <w:spacing w:after="80"/>
      </w:pPr>
      <w:r>
        <w:rPr>
          <w:i/>
          <w:sz w:val="18"/>
        </w:rPr>
        <w:t>Group One Safety &amp; Security is an Equal Opportunity Employer. Employment decisions are based on merit, qualifications, and abilities. We do not discriminate on the basis of race, color, religion, sex, national origin, age, disability, sexual orientation, gender identity, veteran status, or genetics.</w:t>
      </w:r>
    </w:p>
    <w:sectPr w:rsidR="0002025F" w:rsidSect="00034616">
      <w:pgSz w:w="12240" w:h="15840"/>
      <w:pgMar w:top="1008"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82723727">
    <w:abstractNumId w:val="8"/>
  </w:num>
  <w:num w:numId="2" w16cid:durableId="488983349">
    <w:abstractNumId w:val="6"/>
  </w:num>
  <w:num w:numId="3" w16cid:durableId="1404794241">
    <w:abstractNumId w:val="5"/>
  </w:num>
  <w:num w:numId="4" w16cid:durableId="479344707">
    <w:abstractNumId w:val="4"/>
  </w:num>
  <w:num w:numId="5" w16cid:durableId="45876111">
    <w:abstractNumId w:val="7"/>
  </w:num>
  <w:num w:numId="6" w16cid:durableId="2060475835">
    <w:abstractNumId w:val="3"/>
  </w:num>
  <w:num w:numId="7" w16cid:durableId="815032221">
    <w:abstractNumId w:val="2"/>
  </w:num>
  <w:num w:numId="8" w16cid:durableId="1151630151">
    <w:abstractNumId w:val="1"/>
  </w:num>
  <w:num w:numId="9" w16cid:durableId="14682800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025F"/>
    <w:rsid w:val="00034616"/>
    <w:rsid w:val="0006063C"/>
    <w:rsid w:val="000F2EF7"/>
    <w:rsid w:val="0015074B"/>
    <w:rsid w:val="0029639D"/>
    <w:rsid w:val="00326F90"/>
    <w:rsid w:val="00AA1D8D"/>
    <w:rsid w:val="00B47730"/>
    <w:rsid w:val="00CB0664"/>
    <w:rsid w:val="00E859C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A9536E"/>
  <w14:defaultImageDpi w14:val="300"/>
  <w15:docId w15:val="{F0075451-B94E-47D6-8486-F39AD32F8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Calibri" w:hAnsi="Calibri"/>
      <w:color w:val="2D2D2D"/>
      <w:sz w:val="20"/>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590</Words>
  <Characters>3368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Itaria Henry</cp:lastModifiedBy>
  <cp:revision>2</cp:revision>
  <dcterms:created xsi:type="dcterms:W3CDTF">2026-08-06T16:50:00Z</dcterms:created>
  <dcterms:modified xsi:type="dcterms:W3CDTF">2026-08-06T16:50:00Z</dcterms:modified>
  <cp:category/>
</cp:coreProperties>
</file>