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AB327" w14:textId="77777777" w:rsidR="00E70A40" w:rsidRDefault="00000000">
      <w:pPr>
        <w:spacing w:after="160"/>
        <w:jc w:val="center"/>
      </w:pPr>
      <w:r>
        <w:rPr>
          <w:noProof/>
        </w:rPr>
        <w:drawing>
          <wp:inline distT="0" distB="0" distL="0" distR="0" wp14:anchorId="108412EC" wp14:editId="35D6A6D3">
            <wp:extent cx="3657600" cy="6657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_logo.png"/>
                    <pic:cNvPicPr/>
                  </pic:nvPicPr>
                  <pic:blipFill>
                    <a:blip r:embed="rId6"/>
                    <a:stretch>
                      <a:fillRect/>
                    </a:stretch>
                  </pic:blipFill>
                  <pic:spPr>
                    <a:xfrm>
                      <a:off x="0" y="0"/>
                      <a:ext cx="3657600" cy="665714"/>
                    </a:xfrm>
                    <a:prstGeom prst="rect">
                      <a:avLst/>
                    </a:prstGeom>
                  </pic:spPr>
                </pic:pic>
              </a:graphicData>
            </a:graphic>
          </wp:inline>
        </w:drawing>
      </w:r>
    </w:p>
    <w:p w14:paraId="6467AA2B" w14:textId="77777777" w:rsidR="00E70A40" w:rsidRDefault="00000000">
      <w:pPr>
        <w:spacing w:after="40"/>
        <w:jc w:val="center"/>
      </w:pPr>
      <w:r>
        <w:rPr>
          <w:b/>
          <w:color w:val="0071AF"/>
          <w:sz w:val="36"/>
        </w:rPr>
        <w:t>Sprinkler Technician</w:t>
      </w:r>
    </w:p>
    <w:p w14:paraId="77F82D00" w14:textId="77777777" w:rsidR="00E70A40" w:rsidRDefault="00000000">
      <w:pPr>
        <w:spacing w:after="200"/>
        <w:jc w:val="center"/>
      </w:pPr>
      <w:r>
        <w:rPr>
          <w:b/>
          <w:color w:val="61BB46"/>
          <w:sz w:val="22"/>
        </w:rPr>
        <w:t>Fire Sprinkler Installation &amp; Service | $28–$36/hr.</w:t>
      </w:r>
    </w:p>
    <w:p w14:paraId="06E36319" w14:textId="77777777" w:rsidR="00E70A40" w:rsidRDefault="00000000">
      <w:pPr>
        <w:spacing w:after="40"/>
      </w:pPr>
      <w:r>
        <w:rPr>
          <w:b/>
          <w:color w:val="0071AF"/>
        </w:rPr>
        <w:t xml:space="preserve">Location: </w:t>
      </w:r>
      <w:r>
        <w:t>St. Lucie, Martin, Palm Beach &amp; Broward Counties</w:t>
      </w:r>
    </w:p>
    <w:p w14:paraId="5C5D6091" w14:textId="77777777" w:rsidR="00E70A40" w:rsidRDefault="00000000">
      <w:pPr>
        <w:spacing w:after="40"/>
      </w:pPr>
      <w:r>
        <w:rPr>
          <w:b/>
          <w:color w:val="0071AF"/>
        </w:rPr>
        <w:t xml:space="preserve">Employment Type: </w:t>
      </w:r>
      <w:r>
        <w:t>Full-time, Exempt</w:t>
      </w:r>
    </w:p>
    <w:p w14:paraId="054E7425" w14:textId="77777777" w:rsidR="00E70A40" w:rsidRDefault="00000000">
      <w:pPr>
        <w:spacing w:after="40"/>
      </w:pPr>
      <w:r>
        <w:rPr>
          <w:b/>
          <w:color w:val="0071AF"/>
        </w:rPr>
        <w:t xml:space="preserve">Reports To: </w:t>
      </w:r>
      <w:r>
        <w:t>Sprinkler Division Manager</w:t>
      </w:r>
    </w:p>
    <w:p w14:paraId="2DCA5E46" w14:textId="77777777" w:rsidR="00E70A40" w:rsidRDefault="00000000">
      <w:pPr>
        <w:spacing w:after="40"/>
      </w:pPr>
      <w:r>
        <w:rPr>
          <w:b/>
          <w:color w:val="0071AF"/>
        </w:rPr>
        <w:t xml:space="preserve">Pay: </w:t>
      </w:r>
      <w:r>
        <w:t>$28–$36/hr., based on experience, licensing, and certifications</w:t>
      </w:r>
    </w:p>
    <w:p w14:paraId="478F6B10" w14:textId="77777777" w:rsidR="00E70A40" w:rsidRDefault="00E70A40">
      <w:pPr>
        <w:spacing w:after="80"/>
      </w:pPr>
    </w:p>
    <w:p w14:paraId="640B112A" w14:textId="77777777" w:rsidR="00E70A40" w:rsidRDefault="00000000">
      <w:pPr>
        <w:spacing w:after="160"/>
      </w:pPr>
      <w:r>
        <w:t>Are you an experienced fire sprinkler technician looking for a company that values doing the job right? Group One Safety &amp; Security is hiring a Sprinkler Technician to install, inspect, test, repair, and maintain fire sprinkler systems in commercial and residential properties across the Treasure Coast and South Florida. If you take pride in your work, know NFPA standards, and want to grow with a locally owned company that’s been protecting this community since 1984, we want to hear from you.</w:t>
      </w:r>
    </w:p>
    <w:p w14:paraId="179E559F" w14:textId="77777777" w:rsidR="00E70A40" w:rsidRDefault="00000000">
      <w:pPr>
        <w:pBdr>
          <w:bottom w:val="single" w:sz="8" w:space="2" w:color="61BB46"/>
        </w:pBdr>
        <w:spacing w:before="200" w:after="120"/>
      </w:pPr>
      <w:r>
        <w:rPr>
          <w:b/>
          <w:color w:val="0071AF"/>
          <w:sz w:val="26"/>
        </w:rPr>
        <w:t>What You’ll Do</w:t>
      </w:r>
    </w:p>
    <w:p w14:paraId="304774AD" w14:textId="77777777" w:rsidR="00E70A40" w:rsidRDefault="00000000">
      <w:pPr>
        <w:pStyle w:val="ListBullet"/>
        <w:spacing w:after="80"/>
        <w:ind w:left="403"/>
      </w:pPr>
      <w:r>
        <w:t>Install, inspect, test, repair, and maintain fire sprinkler systems in commercial and residential properties.</w:t>
      </w:r>
    </w:p>
    <w:p w14:paraId="4053E85D" w14:textId="77777777" w:rsidR="00E70A40" w:rsidRDefault="00000000">
      <w:pPr>
        <w:pStyle w:val="ListBullet"/>
        <w:spacing w:after="80"/>
        <w:ind w:left="403"/>
      </w:pPr>
      <w:r>
        <w:t>Install systems according to project plans, blueprints, and specifications.</w:t>
      </w:r>
    </w:p>
    <w:p w14:paraId="6E06179E" w14:textId="77777777" w:rsidR="00E70A40" w:rsidRDefault="00000000">
      <w:pPr>
        <w:pStyle w:val="ListBullet"/>
        <w:spacing w:after="80"/>
        <w:ind w:left="403"/>
      </w:pPr>
      <w:r>
        <w:t>Assemble and secure pipes, valves, fittings, and other sprinkler system components.</w:t>
      </w:r>
    </w:p>
    <w:p w14:paraId="7AC4EE73" w14:textId="77777777" w:rsidR="00E70A40" w:rsidRDefault="00000000">
      <w:pPr>
        <w:pStyle w:val="ListBullet"/>
        <w:spacing w:after="80"/>
        <w:ind w:left="403"/>
      </w:pPr>
      <w:r>
        <w:t>Connect system components to water supply lines and fire suppression equipment.</w:t>
      </w:r>
    </w:p>
    <w:p w14:paraId="6FFC9AE6" w14:textId="77777777" w:rsidR="00E70A40" w:rsidRDefault="00000000">
      <w:pPr>
        <w:pStyle w:val="ListBullet"/>
        <w:spacing w:after="80"/>
        <w:ind w:left="403"/>
      </w:pPr>
      <w:r>
        <w:t>Troubleshoot and repair system issues to meet NFPA standards.</w:t>
      </w:r>
    </w:p>
    <w:p w14:paraId="48CF63C3" w14:textId="77777777" w:rsidR="00E70A40" w:rsidRDefault="00000000">
      <w:pPr>
        <w:pStyle w:val="ListBullet"/>
        <w:spacing w:after="80"/>
        <w:ind w:left="403"/>
      </w:pPr>
      <w:r>
        <w:t>Conduct service calls, system tests, and repairs, documenting any deficiencies found during inspections.</w:t>
      </w:r>
    </w:p>
    <w:p w14:paraId="57331391" w14:textId="77777777" w:rsidR="00E70A40" w:rsidRDefault="00000000">
      <w:pPr>
        <w:pStyle w:val="ListBullet"/>
        <w:spacing w:after="80"/>
        <w:ind w:left="403"/>
      </w:pPr>
      <w:r>
        <w:t>Work closely with clients and team members to ensure safety and compliance.</w:t>
      </w:r>
    </w:p>
    <w:p w14:paraId="5D8298CF" w14:textId="77777777" w:rsidR="00E70A40" w:rsidRDefault="00000000">
      <w:pPr>
        <w:pStyle w:val="ListBullet"/>
        <w:spacing w:after="80"/>
        <w:ind w:left="403"/>
      </w:pPr>
      <w:r>
        <w:t>Train less experienced technicians as needed.</w:t>
      </w:r>
    </w:p>
    <w:p w14:paraId="762D360E" w14:textId="77777777" w:rsidR="00E70A40" w:rsidRDefault="00000000">
      <w:pPr>
        <w:pBdr>
          <w:bottom w:val="single" w:sz="8" w:space="2" w:color="61BB46"/>
        </w:pBdr>
        <w:spacing w:before="200" w:after="120"/>
      </w:pPr>
      <w:r>
        <w:rPr>
          <w:b/>
          <w:color w:val="0071AF"/>
          <w:sz w:val="26"/>
        </w:rPr>
        <w:t>What We’re Looking For</w:t>
      </w:r>
    </w:p>
    <w:p w14:paraId="3F7FB6C4" w14:textId="77777777" w:rsidR="00E70A40" w:rsidRDefault="00000000">
      <w:pPr>
        <w:pStyle w:val="ListBullet"/>
        <w:spacing w:after="80"/>
        <w:ind w:left="403"/>
      </w:pPr>
      <w:r>
        <w:t>Experience in fire sprinkler installation and maintenance; NICET certification a plus.</w:t>
      </w:r>
    </w:p>
    <w:p w14:paraId="21934476" w14:textId="77777777" w:rsidR="00E70A40" w:rsidRDefault="00000000">
      <w:pPr>
        <w:pStyle w:val="ListBullet"/>
        <w:spacing w:after="80"/>
        <w:ind w:left="403"/>
      </w:pPr>
      <w:r>
        <w:t>Minimum of 3 years of experience in the fire sprinkler industry.</w:t>
      </w:r>
    </w:p>
    <w:p w14:paraId="29B632BE" w14:textId="77777777" w:rsidR="00E70A40" w:rsidRDefault="00000000">
      <w:pPr>
        <w:pStyle w:val="ListBullet"/>
        <w:spacing w:after="80"/>
        <w:ind w:left="403"/>
      </w:pPr>
      <w:r>
        <w:t>Knowledge of NFPA codes and safety regulations.</w:t>
      </w:r>
    </w:p>
    <w:p w14:paraId="4DC56EA0" w14:textId="77777777" w:rsidR="00E70A40" w:rsidRDefault="00000000">
      <w:pPr>
        <w:pStyle w:val="ListBullet"/>
        <w:spacing w:after="80"/>
        <w:ind w:left="403"/>
      </w:pPr>
      <w:r>
        <w:t>Ability to read and interpret blueprints, schematics, and technical documentation.</w:t>
      </w:r>
    </w:p>
    <w:p w14:paraId="2A31D488" w14:textId="77777777" w:rsidR="00E70A40" w:rsidRDefault="00000000">
      <w:pPr>
        <w:pStyle w:val="ListBullet"/>
        <w:spacing w:after="80"/>
        <w:ind w:left="403"/>
      </w:pPr>
      <w:r>
        <w:t>Familiarity with wet, dry, pre-action, deluge, and foam systems.</w:t>
      </w:r>
    </w:p>
    <w:p w14:paraId="54B3282B" w14:textId="77777777" w:rsidR="00E70A40" w:rsidRDefault="00000000">
      <w:pPr>
        <w:pStyle w:val="ListBullet"/>
        <w:spacing w:after="80"/>
        <w:ind w:left="403"/>
      </w:pPr>
      <w:r>
        <w:t>FASA/BASA or other state-required certificate/licensure preferred.</w:t>
      </w:r>
    </w:p>
    <w:p w14:paraId="7818CD63" w14:textId="77777777" w:rsidR="00E70A40" w:rsidRDefault="00000000">
      <w:pPr>
        <w:pStyle w:val="ListBullet"/>
        <w:spacing w:after="80"/>
        <w:ind w:left="403"/>
      </w:pPr>
      <w:r>
        <w:t>Ability to operate common tools of the trade, including a pipe threading machine.</w:t>
      </w:r>
    </w:p>
    <w:p w14:paraId="6A8C5203" w14:textId="77777777" w:rsidR="00E70A40" w:rsidRDefault="00000000">
      <w:pPr>
        <w:pStyle w:val="ListBullet"/>
        <w:spacing w:after="80"/>
        <w:ind w:left="403"/>
      </w:pPr>
      <w:r>
        <w:t>Valid driver’s license and clean driving record.</w:t>
      </w:r>
    </w:p>
    <w:p w14:paraId="24333175" w14:textId="77777777" w:rsidR="00E70A40" w:rsidRDefault="00000000">
      <w:pPr>
        <w:pStyle w:val="ListBullet"/>
        <w:spacing w:after="80"/>
        <w:ind w:left="403"/>
      </w:pPr>
      <w:r>
        <w:t>Physical stamina for strenuous work, including lifting pipe and equipment up to 100 lbs. and working from ladders and lifts.</w:t>
      </w:r>
    </w:p>
    <w:p w14:paraId="5AFD0C5A" w14:textId="77777777" w:rsidR="00E70A40" w:rsidRDefault="00000000">
      <w:pPr>
        <w:pStyle w:val="ListBullet"/>
        <w:spacing w:after="80"/>
        <w:ind w:left="403"/>
      </w:pPr>
      <w:r>
        <w:t>High school diploma or equivalent.</w:t>
      </w:r>
    </w:p>
    <w:p w14:paraId="38CFB109" w14:textId="77777777" w:rsidR="00E70A40" w:rsidRDefault="00000000">
      <w:pPr>
        <w:pBdr>
          <w:bottom w:val="single" w:sz="8" w:space="2" w:color="61BB46"/>
        </w:pBdr>
        <w:spacing w:before="200" w:after="120"/>
      </w:pPr>
      <w:r>
        <w:rPr>
          <w:b/>
          <w:color w:val="0071AF"/>
          <w:sz w:val="26"/>
        </w:rPr>
        <w:t>What We Offer</w:t>
      </w:r>
    </w:p>
    <w:p w14:paraId="12C78608" w14:textId="77777777" w:rsidR="00E70A40" w:rsidRDefault="00000000">
      <w:pPr>
        <w:pStyle w:val="ListBullet"/>
        <w:spacing w:after="80"/>
        <w:ind w:left="403"/>
      </w:pPr>
      <w:r>
        <w:t>Competitive pay based on experience and certifications</w:t>
      </w:r>
    </w:p>
    <w:p w14:paraId="0B6D99A1" w14:textId="77777777" w:rsidR="00E70A40" w:rsidRDefault="00000000">
      <w:pPr>
        <w:pStyle w:val="ListBullet"/>
        <w:spacing w:after="80"/>
        <w:ind w:left="403"/>
      </w:pPr>
      <w:r>
        <w:t>401(k) retirement plan</w:t>
      </w:r>
    </w:p>
    <w:p w14:paraId="06AB7C39" w14:textId="77777777" w:rsidR="00E70A40" w:rsidRDefault="00000000">
      <w:pPr>
        <w:pStyle w:val="ListBullet"/>
        <w:spacing w:after="80"/>
        <w:ind w:left="403"/>
      </w:pPr>
      <w:r>
        <w:lastRenderedPageBreak/>
        <w:t>Paid time off, holidays, and sick days</w:t>
      </w:r>
    </w:p>
    <w:p w14:paraId="7BC95C2A" w14:textId="77777777" w:rsidR="00E70A40" w:rsidRDefault="00000000">
      <w:pPr>
        <w:pStyle w:val="ListBullet"/>
        <w:spacing w:after="80"/>
        <w:ind w:left="403"/>
      </w:pPr>
      <w:r>
        <w:t>Company vehicle and phone provided after 90 days</w:t>
      </w:r>
    </w:p>
    <w:p w14:paraId="76E19FB4" w14:textId="77777777" w:rsidR="00E70A40" w:rsidRDefault="00000000">
      <w:pPr>
        <w:pStyle w:val="ListBullet"/>
        <w:spacing w:after="80"/>
        <w:ind w:left="403"/>
      </w:pPr>
      <w:r>
        <w:t>Ongoing training and professional development, including support toward NICET certification</w:t>
      </w:r>
    </w:p>
    <w:p w14:paraId="48B8C4AF" w14:textId="77777777" w:rsidR="00E70A40" w:rsidRDefault="00000000">
      <w:pPr>
        <w:pBdr>
          <w:bottom w:val="single" w:sz="8" w:space="2" w:color="61BB46"/>
        </w:pBdr>
        <w:spacing w:before="200" w:after="120"/>
      </w:pPr>
      <w:r>
        <w:rPr>
          <w:b/>
          <w:color w:val="0071AF"/>
          <w:sz w:val="26"/>
        </w:rPr>
        <w:t>About Group One Safety &amp; Security</w:t>
      </w:r>
    </w:p>
    <w:p w14:paraId="735E56FF" w14:textId="77777777" w:rsidR="00E70A40" w:rsidRDefault="00000000">
      <w:pPr>
        <w:spacing w:after="160"/>
      </w:pPr>
      <w:r>
        <w:t>Group One Safety &amp; Security has been South Florida’s trusted name in life safety and security since 1984. Locally owned and operated, we’ve grown from the Treasure Coast to serve clients from Orlando to Miami — protecting homes, high-rises, hospitals, HOAs, and industrial facilities with fire alarm, fire sprinkler, security, access control, and video surveillance systems. We have a saying here: “Do it right and do the right thing.” That starts with hiring the right people.</w:t>
      </w:r>
    </w:p>
    <w:p w14:paraId="053C6449" w14:textId="77777777" w:rsidR="00E70A40" w:rsidRDefault="00000000">
      <w:pPr>
        <w:pBdr>
          <w:bottom w:val="single" w:sz="8" w:space="2" w:color="61BB46"/>
        </w:pBdr>
        <w:spacing w:before="200" w:after="120"/>
      </w:pPr>
      <w:r>
        <w:rPr>
          <w:b/>
          <w:color w:val="0071AF"/>
          <w:sz w:val="26"/>
        </w:rPr>
        <w:t>Ready to Apply?</w:t>
      </w:r>
    </w:p>
    <w:p w14:paraId="78DFEA81" w14:textId="77777777" w:rsidR="00E70A40" w:rsidRDefault="00000000">
      <w:pPr>
        <w:spacing w:after="160"/>
      </w:pPr>
      <w:r>
        <w:t>Submit your resume and a brief note about your experience to be considered. Qualified applicants will be contacted to schedule an interview. All candidates must be able to pass a pre-employment background check and drug screening.</w:t>
      </w:r>
    </w:p>
    <w:p w14:paraId="41345A96" w14:textId="77777777" w:rsidR="00E70A40" w:rsidRDefault="00000000">
      <w:pPr>
        <w:spacing w:after="80"/>
      </w:pPr>
      <w:r>
        <w:rPr>
          <w:i/>
          <w:sz w:val="18"/>
        </w:rPr>
        <w:t>Group One Safety &amp; Security is an Equal Opportunity Employer. Employment decisions are based on merit, qualifications, and abilities. We do not discriminate on the basis of race, color, religion, sex, national origin, age, disability, sexual orientation, gender identity, veteran status, or genetics.</w:t>
      </w:r>
    </w:p>
    <w:sectPr w:rsidR="00E70A40" w:rsidSect="00034616">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05110472">
    <w:abstractNumId w:val="8"/>
  </w:num>
  <w:num w:numId="2" w16cid:durableId="950820468">
    <w:abstractNumId w:val="6"/>
  </w:num>
  <w:num w:numId="3" w16cid:durableId="609897144">
    <w:abstractNumId w:val="5"/>
  </w:num>
  <w:num w:numId="4" w16cid:durableId="708116556">
    <w:abstractNumId w:val="4"/>
  </w:num>
  <w:num w:numId="5" w16cid:durableId="73554094">
    <w:abstractNumId w:val="7"/>
  </w:num>
  <w:num w:numId="6" w16cid:durableId="406879514">
    <w:abstractNumId w:val="3"/>
  </w:num>
  <w:num w:numId="7" w16cid:durableId="1785152105">
    <w:abstractNumId w:val="2"/>
  </w:num>
  <w:num w:numId="8" w16cid:durableId="7955288">
    <w:abstractNumId w:val="1"/>
  </w:num>
  <w:num w:numId="9" w16cid:durableId="208753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2EF7"/>
    <w:rsid w:val="0015074B"/>
    <w:rsid w:val="0029639D"/>
    <w:rsid w:val="00326F90"/>
    <w:rsid w:val="00AA1D8D"/>
    <w:rsid w:val="00B47730"/>
    <w:rsid w:val="00BE2925"/>
    <w:rsid w:val="00CB0664"/>
    <w:rsid w:val="00E70A4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1E25FB"/>
  <w14:defaultImageDpi w14:val="300"/>
  <w15:docId w15:val="{F0075451-B94E-47D6-8486-F39AD32F8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pPr>
    <w:rPr>
      <w:rFonts w:ascii="Calibri" w:hAnsi="Calibri"/>
      <w:color w:val="2D2D2D"/>
      <w:sz w:val="20"/>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Itaria Henry</cp:lastModifiedBy>
  <cp:revision>2</cp:revision>
  <dcterms:created xsi:type="dcterms:W3CDTF">2026-08-06T16:51:00Z</dcterms:created>
  <dcterms:modified xsi:type="dcterms:W3CDTF">2026-08-06T16:51:00Z</dcterms:modified>
  <cp:category/>
</cp:coreProperties>
</file>